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28A48" w14:textId="77777777" w:rsidR="00E72590" w:rsidRDefault="00E72590" w:rsidP="00E72590">
      <w:pPr>
        <w:jc w:val="right"/>
        <w:rPr>
          <w:rFonts w:ascii="Trebuchet MS" w:hAnsi="Trebuchet MS"/>
        </w:rPr>
      </w:pPr>
    </w:p>
    <w:p w14:paraId="710C9676" w14:textId="0E6F847B" w:rsidR="00E72590" w:rsidRPr="00E72590" w:rsidRDefault="00E72590" w:rsidP="00E72590">
      <w:pPr>
        <w:jc w:val="right"/>
        <w:rPr>
          <w:rFonts w:ascii="Trebuchet MS" w:hAnsi="Trebuchet MS"/>
          <w:i/>
          <w:iCs/>
          <w:sz w:val="16"/>
          <w:szCs w:val="16"/>
        </w:rPr>
      </w:pPr>
      <w:r w:rsidRPr="00E72590">
        <w:rPr>
          <w:rFonts w:ascii="Trebuchet MS" w:hAnsi="Trebuchet MS"/>
          <w:i/>
          <w:iCs/>
          <w:sz w:val="16"/>
          <w:szCs w:val="16"/>
        </w:rPr>
        <w:t>Reg. nr.: …… / ……………</w:t>
      </w:r>
    </w:p>
    <w:p w14:paraId="5053ABFD" w14:textId="77777777" w:rsidR="00E72590" w:rsidRDefault="00E72590" w:rsidP="00E72590">
      <w:pPr>
        <w:jc w:val="right"/>
        <w:rPr>
          <w:rFonts w:ascii="Trebuchet MS" w:hAnsi="Trebuchet MS"/>
        </w:rPr>
      </w:pPr>
    </w:p>
    <w:p w14:paraId="406FFBEB" w14:textId="430FCDB7" w:rsidR="00E72590" w:rsidRPr="00E72590" w:rsidRDefault="00E72590" w:rsidP="00E72590">
      <w:pPr>
        <w:jc w:val="right"/>
        <w:rPr>
          <w:rFonts w:ascii="Trebuchet MS" w:hAnsi="Trebuchet MS"/>
        </w:rPr>
      </w:pPr>
      <w:r w:rsidRPr="00E72590">
        <w:rPr>
          <w:rFonts w:ascii="Trebuchet MS" w:hAnsi="Trebuchet MS"/>
        </w:rPr>
        <w:t xml:space="preserve">TIMA - International Conference Innovative Technologies for Joining Advanced Materials, Organized by ISIM </w:t>
      </w:r>
      <w:proofErr w:type="spellStart"/>
      <w:r w:rsidRPr="00E72590">
        <w:rPr>
          <w:rFonts w:ascii="Trebuchet MS" w:hAnsi="Trebuchet MS"/>
        </w:rPr>
        <w:t>Timișoara</w:t>
      </w:r>
      <w:proofErr w:type="spellEnd"/>
    </w:p>
    <w:p w14:paraId="2F26F3A8" w14:textId="77777777" w:rsidR="004624DB" w:rsidRDefault="004624DB">
      <w:pPr>
        <w:pStyle w:val="Heading1"/>
        <w:jc w:val="center"/>
        <w:rPr>
          <w:rFonts w:ascii="Trebuchet MS" w:hAnsi="Trebuchet MS"/>
        </w:rPr>
      </w:pPr>
    </w:p>
    <w:p w14:paraId="76C79976" w14:textId="6BC2E70E" w:rsidR="00F250E4" w:rsidRPr="00E72590" w:rsidRDefault="00276A6C">
      <w:pPr>
        <w:pStyle w:val="Heading1"/>
        <w:jc w:val="center"/>
        <w:rPr>
          <w:rFonts w:ascii="Trebuchet MS" w:hAnsi="Trebuchet MS"/>
        </w:rPr>
      </w:pPr>
      <w:r w:rsidRPr="00E72590">
        <w:rPr>
          <w:rFonts w:ascii="Trebuchet MS" w:hAnsi="Trebuchet MS"/>
        </w:rPr>
        <w:t>Reviewer Application Form</w:t>
      </w:r>
      <w:r w:rsidR="00E72590">
        <w:rPr>
          <w:rStyle w:val="FootnoteReference"/>
          <w:rFonts w:ascii="Trebuchet MS" w:hAnsi="Trebuchet MS"/>
        </w:rPr>
        <w:footnoteReference w:id="1"/>
      </w:r>
    </w:p>
    <w:p w14:paraId="62573EF9" w14:textId="77777777" w:rsidR="00F250E4" w:rsidRPr="00E72590" w:rsidRDefault="00276A6C">
      <w:pPr>
        <w:jc w:val="center"/>
        <w:rPr>
          <w:rFonts w:ascii="Trebuchet MS" w:hAnsi="Trebuchet MS"/>
        </w:rPr>
      </w:pPr>
      <w:r w:rsidRPr="00E72590">
        <w:rPr>
          <w:rFonts w:ascii="Trebuchet MS" w:hAnsi="Trebuchet MS"/>
          <w:b/>
        </w:rPr>
        <w:t>Application for Membership in the Scientific Committee</w:t>
      </w:r>
    </w:p>
    <w:p w14:paraId="78FAA556" w14:textId="77777777" w:rsidR="00E72590" w:rsidRPr="00E72590" w:rsidRDefault="00E72590" w:rsidP="00E72590">
      <w:pPr>
        <w:jc w:val="both"/>
        <w:rPr>
          <w:rFonts w:ascii="Trebuchet MS" w:hAnsi="Trebuchet MS"/>
        </w:rPr>
      </w:pPr>
    </w:p>
    <w:p w14:paraId="52570850" w14:textId="77777777" w:rsidR="00F250E4" w:rsidRPr="00E72590" w:rsidRDefault="00276A6C">
      <w:pPr>
        <w:pStyle w:val="Heading2"/>
        <w:rPr>
          <w:rFonts w:ascii="Trebuchet MS" w:hAnsi="Trebuchet MS"/>
        </w:rPr>
      </w:pPr>
      <w:r w:rsidRPr="00E72590">
        <w:rPr>
          <w:rFonts w:ascii="Trebuchet MS" w:hAnsi="Trebuchet MS"/>
        </w:rPr>
        <w:t>1. Personal Information</w:t>
      </w:r>
    </w:p>
    <w:p w14:paraId="6FE6BC0D" w14:textId="77777777" w:rsidR="00F250E4" w:rsidRPr="00E72590" w:rsidRDefault="00276A6C">
      <w:pPr>
        <w:rPr>
          <w:rFonts w:ascii="Trebuchet MS" w:hAnsi="Trebuchet MS"/>
        </w:rPr>
      </w:pPr>
      <w:r w:rsidRPr="00E72590">
        <w:rPr>
          <w:rFonts w:ascii="Trebuchet MS" w:hAnsi="Trebuchet MS"/>
        </w:rPr>
        <w:t>Full Name:</w:t>
      </w:r>
    </w:p>
    <w:p w14:paraId="01C93A82" w14:textId="77777777" w:rsidR="00F250E4" w:rsidRPr="00E72590" w:rsidRDefault="00276A6C">
      <w:pPr>
        <w:rPr>
          <w:rFonts w:ascii="Trebuchet MS" w:hAnsi="Trebuchet MS"/>
        </w:rPr>
      </w:pPr>
      <w:r w:rsidRPr="00E72590">
        <w:rPr>
          <w:rFonts w:ascii="Trebuchet MS" w:hAnsi="Trebuchet MS"/>
        </w:rPr>
        <w:t>Academic Title:</w:t>
      </w:r>
    </w:p>
    <w:p w14:paraId="1FD64367" w14:textId="77777777" w:rsidR="00F250E4" w:rsidRPr="00E72590" w:rsidRDefault="00276A6C">
      <w:pPr>
        <w:rPr>
          <w:rFonts w:ascii="Trebuchet MS" w:hAnsi="Trebuchet MS"/>
        </w:rPr>
      </w:pPr>
      <w:r w:rsidRPr="00E72590">
        <w:rPr>
          <w:rFonts w:ascii="Trebuchet MS" w:hAnsi="Trebuchet MS"/>
        </w:rPr>
        <w:t>Position:</w:t>
      </w:r>
    </w:p>
    <w:p w14:paraId="79E48668" w14:textId="77777777" w:rsidR="00F250E4" w:rsidRPr="00E72590" w:rsidRDefault="00276A6C">
      <w:pPr>
        <w:rPr>
          <w:rFonts w:ascii="Trebuchet MS" w:hAnsi="Trebuchet MS"/>
        </w:rPr>
      </w:pPr>
      <w:r w:rsidRPr="00E72590">
        <w:rPr>
          <w:rFonts w:ascii="Trebuchet MS" w:hAnsi="Trebuchet MS"/>
        </w:rPr>
        <w:t>Institution:</w:t>
      </w:r>
    </w:p>
    <w:p w14:paraId="4F053945" w14:textId="77777777" w:rsidR="00F250E4" w:rsidRPr="00E72590" w:rsidRDefault="00276A6C">
      <w:pPr>
        <w:rPr>
          <w:rFonts w:ascii="Trebuchet MS" w:hAnsi="Trebuchet MS"/>
        </w:rPr>
      </w:pPr>
      <w:r w:rsidRPr="00E72590">
        <w:rPr>
          <w:rFonts w:ascii="Trebuchet MS" w:hAnsi="Trebuchet MS"/>
        </w:rPr>
        <w:t>Department:</w:t>
      </w:r>
    </w:p>
    <w:p w14:paraId="1672DEB7" w14:textId="77777777" w:rsidR="00F250E4" w:rsidRPr="00E72590" w:rsidRDefault="00276A6C">
      <w:pPr>
        <w:rPr>
          <w:rFonts w:ascii="Trebuchet MS" w:hAnsi="Trebuchet MS"/>
        </w:rPr>
      </w:pPr>
      <w:r w:rsidRPr="00E72590">
        <w:rPr>
          <w:rFonts w:ascii="Trebuchet MS" w:hAnsi="Trebuchet MS"/>
        </w:rPr>
        <w:t>Country:</w:t>
      </w:r>
    </w:p>
    <w:p w14:paraId="4FD6D35E" w14:textId="77777777" w:rsidR="00F250E4" w:rsidRPr="00E72590" w:rsidRDefault="00276A6C">
      <w:pPr>
        <w:rPr>
          <w:rFonts w:ascii="Trebuchet MS" w:hAnsi="Trebuchet MS"/>
        </w:rPr>
      </w:pPr>
      <w:r w:rsidRPr="00E72590">
        <w:rPr>
          <w:rFonts w:ascii="Trebuchet MS" w:hAnsi="Trebuchet MS"/>
        </w:rPr>
        <w:t>ORCID ID:</w:t>
      </w:r>
    </w:p>
    <w:p w14:paraId="235195AF" w14:textId="77777777" w:rsidR="00F250E4" w:rsidRPr="00E72590" w:rsidRDefault="00276A6C">
      <w:pPr>
        <w:rPr>
          <w:rFonts w:ascii="Trebuchet MS" w:hAnsi="Trebuchet MS"/>
        </w:rPr>
      </w:pPr>
      <w:r w:rsidRPr="00E72590">
        <w:rPr>
          <w:rFonts w:ascii="Trebuchet MS" w:hAnsi="Trebuchet MS"/>
        </w:rPr>
        <w:t>E-mail:</w:t>
      </w:r>
    </w:p>
    <w:p w14:paraId="0BE815C5" w14:textId="77777777" w:rsidR="00F250E4" w:rsidRPr="00E72590" w:rsidRDefault="00276A6C">
      <w:pPr>
        <w:rPr>
          <w:rFonts w:ascii="Trebuchet MS" w:hAnsi="Trebuchet MS"/>
        </w:rPr>
      </w:pPr>
      <w:r w:rsidRPr="00E72590">
        <w:rPr>
          <w:rFonts w:ascii="Trebuchet MS" w:hAnsi="Trebuchet MS"/>
        </w:rPr>
        <w:t>Telephone (optional):</w:t>
      </w:r>
    </w:p>
    <w:p w14:paraId="6197ED12" w14:textId="77777777" w:rsidR="00F250E4" w:rsidRPr="00E72590" w:rsidRDefault="00276A6C">
      <w:pPr>
        <w:pStyle w:val="Heading2"/>
        <w:rPr>
          <w:rFonts w:ascii="Trebuchet MS" w:hAnsi="Trebuchet MS"/>
        </w:rPr>
      </w:pPr>
      <w:r w:rsidRPr="00E72590">
        <w:rPr>
          <w:rFonts w:ascii="Trebuchet MS" w:hAnsi="Trebuchet MS"/>
        </w:rPr>
        <w:t>2. Scientific Expertise</w:t>
      </w:r>
    </w:p>
    <w:p w14:paraId="1C6EC8D2" w14:textId="77777777" w:rsidR="00F250E4" w:rsidRPr="00E72590" w:rsidRDefault="00276A6C">
      <w:pPr>
        <w:rPr>
          <w:rFonts w:ascii="Trebuchet MS" w:hAnsi="Trebuchet MS"/>
        </w:rPr>
      </w:pPr>
      <w:r w:rsidRPr="00E72590">
        <w:rPr>
          <w:rFonts w:ascii="Trebuchet MS" w:hAnsi="Trebuchet MS"/>
        </w:rPr>
        <w:t>Main research fields (maximum 5):</w:t>
      </w:r>
      <w:r w:rsidRPr="00E72590">
        <w:rPr>
          <w:rFonts w:ascii="Trebuchet MS" w:hAnsi="Trebuchet MS"/>
        </w:rPr>
        <w:br/>
        <w:t>1.</w:t>
      </w:r>
      <w:r w:rsidRPr="00E72590">
        <w:rPr>
          <w:rFonts w:ascii="Trebuchet MS" w:hAnsi="Trebuchet MS"/>
        </w:rPr>
        <w:br/>
        <w:t>2.</w:t>
      </w:r>
      <w:r w:rsidRPr="00E72590">
        <w:rPr>
          <w:rFonts w:ascii="Trebuchet MS" w:hAnsi="Trebuchet MS"/>
        </w:rPr>
        <w:br/>
        <w:t>3.</w:t>
      </w:r>
      <w:r w:rsidRPr="00E72590">
        <w:rPr>
          <w:rFonts w:ascii="Trebuchet MS" w:hAnsi="Trebuchet MS"/>
        </w:rPr>
        <w:br/>
        <w:t>4.</w:t>
      </w:r>
      <w:r w:rsidRPr="00E72590">
        <w:rPr>
          <w:rFonts w:ascii="Trebuchet MS" w:hAnsi="Trebuchet MS"/>
        </w:rPr>
        <w:br/>
        <w:t>5.</w:t>
      </w:r>
    </w:p>
    <w:p w14:paraId="611AEEBD" w14:textId="77777777" w:rsidR="00F250E4" w:rsidRPr="00E72590" w:rsidRDefault="00276A6C">
      <w:pPr>
        <w:rPr>
          <w:rFonts w:ascii="Trebuchet MS" w:hAnsi="Trebuchet MS"/>
        </w:rPr>
      </w:pPr>
      <w:r w:rsidRPr="00E72590">
        <w:rPr>
          <w:rFonts w:ascii="Trebuchet MS" w:hAnsi="Trebuchet MS"/>
        </w:rPr>
        <w:t>Keywords describing your expertise (maximum 10): ____________________________</w:t>
      </w:r>
    </w:p>
    <w:p w14:paraId="6145A951" w14:textId="77777777" w:rsidR="00F250E4" w:rsidRPr="00E72590" w:rsidRDefault="00276A6C">
      <w:pPr>
        <w:pStyle w:val="Heading2"/>
        <w:rPr>
          <w:rFonts w:ascii="Trebuchet MS" w:hAnsi="Trebuchet MS"/>
        </w:rPr>
      </w:pPr>
      <w:r w:rsidRPr="00E72590">
        <w:rPr>
          <w:rFonts w:ascii="Trebuchet MS" w:hAnsi="Trebuchet MS"/>
        </w:rPr>
        <w:t>3. Scientific Activity</w:t>
      </w:r>
    </w:p>
    <w:p w14:paraId="487D6E67" w14:textId="77777777" w:rsidR="00F250E4" w:rsidRPr="00E72590" w:rsidRDefault="00276A6C">
      <w:pPr>
        <w:rPr>
          <w:rFonts w:ascii="Trebuchet MS" w:hAnsi="Trebuchet MS"/>
        </w:rPr>
      </w:pPr>
      <w:r w:rsidRPr="00E72590">
        <w:rPr>
          <w:rFonts w:ascii="Trebuchet MS" w:hAnsi="Trebuchet MS"/>
        </w:rPr>
        <w:t>Number of ISI/Web of Science papers:</w:t>
      </w:r>
    </w:p>
    <w:p w14:paraId="0F01476D" w14:textId="77777777" w:rsidR="00F250E4" w:rsidRPr="00E72590" w:rsidRDefault="00276A6C">
      <w:pPr>
        <w:rPr>
          <w:rFonts w:ascii="Trebuchet MS" w:hAnsi="Trebuchet MS"/>
        </w:rPr>
      </w:pPr>
      <w:r w:rsidRPr="00E72590">
        <w:rPr>
          <w:rFonts w:ascii="Trebuchet MS" w:hAnsi="Trebuchet MS"/>
        </w:rPr>
        <w:t>H-index (Scopus or Web of Science):</w:t>
      </w:r>
    </w:p>
    <w:p w14:paraId="3F1DEA8D" w14:textId="77777777" w:rsidR="00F250E4" w:rsidRPr="00E72590" w:rsidRDefault="00276A6C">
      <w:pPr>
        <w:rPr>
          <w:rFonts w:ascii="Trebuchet MS" w:hAnsi="Trebuchet MS"/>
        </w:rPr>
      </w:pPr>
      <w:r w:rsidRPr="00E72590">
        <w:rPr>
          <w:rFonts w:ascii="Trebuchet MS" w:hAnsi="Trebuchet MS"/>
        </w:rPr>
        <w:lastRenderedPageBreak/>
        <w:t>Number of conference papers:</w:t>
      </w:r>
    </w:p>
    <w:p w14:paraId="79BC07C6" w14:textId="77777777" w:rsidR="00F250E4" w:rsidRPr="00E72590" w:rsidRDefault="00276A6C">
      <w:pPr>
        <w:rPr>
          <w:rFonts w:ascii="Trebuchet MS" w:hAnsi="Trebuchet MS"/>
        </w:rPr>
      </w:pPr>
      <w:r w:rsidRPr="00E72590">
        <w:rPr>
          <w:rFonts w:ascii="Trebuchet MS" w:hAnsi="Trebuchet MS"/>
        </w:rPr>
        <w:t>Number of books/book chapters:</w:t>
      </w:r>
    </w:p>
    <w:p w14:paraId="3D832DFE" w14:textId="77777777" w:rsidR="00F250E4" w:rsidRPr="00E72590" w:rsidRDefault="00276A6C">
      <w:pPr>
        <w:rPr>
          <w:rFonts w:ascii="Trebuchet MS" w:hAnsi="Trebuchet MS"/>
        </w:rPr>
      </w:pPr>
      <w:r w:rsidRPr="00E72590">
        <w:rPr>
          <w:rFonts w:ascii="Trebuchet MS" w:hAnsi="Trebuchet MS"/>
        </w:rPr>
        <w:t>Number of completed research projects:</w:t>
      </w:r>
    </w:p>
    <w:p w14:paraId="6C8834E0" w14:textId="77777777" w:rsidR="00F250E4" w:rsidRPr="00E72590" w:rsidRDefault="00276A6C">
      <w:pPr>
        <w:pStyle w:val="Heading2"/>
        <w:rPr>
          <w:rFonts w:ascii="Trebuchet MS" w:hAnsi="Trebuchet MS"/>
        </w:rPr>
      </w:pPr>
      <w:r w:rsidRPr="00E72590">
        <w:rPr>
          <w:rFonts w:ascii="Trebuchet MS" w:hAnsi="Trebuchet MS"/>
        </w:rPr>
        <w:t>4. Reviewing Experience</w:t>
      </w:r>
    </w:p>
    <w:p w14:paraId="406159C7" w14:textId="77777777" w:rsidR="00F250E4" w:rsidRPr="00E72590" w:rsidRDefault="00276A6C">
      <w:pPr>
        <w:rPr>
          <w:rFonts w:ascii="Trebuchet MS" w:hAnsi="Trebuchet MS"/>
        </w:rPr>
      </w:pPr>
      <w:r w:rsidRPr="00E72590">
        <w:rPr>
          <w:rFonts w:ascii="Trebuchet MS" w:hAnsi="Trebuchet MS"/>
        </w:rPr>
        <w:t>Please indicate your experience as reviewer for:</w:t>
      </w:r>
    </w:p>
    <w:p w14:paraId="71BE106A" w14:textId="77777777" w:rsidR="00F250E4" w:rsidRPr="00E72590" w:rsidRDefault="00276A6C">
      <w:pPr>
        <w:rPr>
          <w:rFonts w:ascii="Trebuchet MS" w:hAnsi="Trebuchet MS"/>
        </w:rPr>
      </w:pPr>
      <w:r w:rsidRPr="00E72590">
        <w:rPr>
          <w:rFonts w:ascii="Segoe UI Symbol" w:hAnsi="Segoe UI Symbol" w:cs="Segoe UI Symbol"/>
        </w:rPr>
        <w:t>☐</w:t>
      </w:r>
      <w:r w:rsidRPr="00E72590">
        <w:rPr>
          <w:rFonts w:ascii="Trebuchet MS" w:hAnsi="Trebuchet MS"/>
        </w:rPr>
        <w:t xml:space="preserve"> International journals</w:t>
      </w:r>
    </w:p>
    <w:p w14:paraId="2388ACA5" w14:textId="77777777" w:rsidR="00F250E4" w:rsidRPr="00E72590" w:rsidRDefault="00276A6C">
      <w:pPr>
        <w:rPr>
          <w:rFonts w:ascii="Trebuchet MS" w:hAnsi="Trebuchet MS"/>
        </w:rPr>
      </w:pPr>
      <w:r w:rsidRPr="00E72590">
        <w:rPr>
          <w:rFonts w:ascii="Segoe UI Symbol" w:hAnsi="Segoe UI Symbol" w:cs="Segoe UI Symbol"/>
        </w:rPr>
        <w:t>☐</w:t>
      </w:r>
      <w:r w:rsidRPr="00E72590">
        <w:rPr>
          <w:rFonts w:ascii="Trebuchet MS" w:hAnsi="Trebuchet MS"/>
        </w:rPr>
        <w:t xml:space="preserve"> International conferences</w:t>
      </w:r>
    </w:p>
    <w:p w14:paraId="4D53EC44" w14:textId="77777777" w:rsidR="00F250E4" w:rsidRPr="00E72590" w:rsidRDefault="00276A6C">
      <w:pPr>
        <w:rPr>
          <w:rFonts w:ascii="Trebuchet MS" w:hAnsi="Trebuchet MS"/>
        </w:rPr>
      </w:pPr>
      <w:r w:rsidRPr="00E72590">
        <w:rPr>
          <w:rFonts w:ascii="Segoe UI Symbol" w:hAnsi="Segoe UI Symbol" w:cs="Segoe UI Symbol"/>
        </w:rPr>
        <w:t>☐</w:t>
      </w:r>
      <w:r w:rsidRPr="00E72590">
        <w:rPr>
          <w:rFonts w:ascii="Trebuchet MS" w:hAnsi="Trebuchet MS"/>
        </w:rPr>
        <w:t xml:space="preserve"> National journals</w:t>
      </w:r>
    </w:p>
    <w:p w14:paraId="279BBAA1" w14:textId="77777777" w:rsidR="00F250E4" w:rsidRPr="00E72590" w:rsidRDefault="00276A6C">
      <w:pPr>
        <w:rPr>
          <w:rFonts w:ascii="Trebuchet MS" w:hAnsi="Trebuchet MS"/>
        </w:rPr>
      </w:pPr>
      <w:r w:rsidRPr="00E72590">
        <w:rPr>
          <w:rFonts w:ascii="Segoe UI Symbol" w:hAnsi="Segoe UI Symbol" w:cs="Segoe UI Symbol"/>
        </w:rPr>
        <w:t>☐</w:t>
      </w:r>
      <w:r w:rsidRPr="00E72590">
        <w:rPr>
          <w:rFonts w:ascii="Trebuchet MS" w:hAnsi="Trebuchet MS"/>
        </w:rPr>
        <w:t xml:space="preserve"> National conferences</w:t>
      </w:r>
    </w:p>
    <w:p w14:paraId="1C5388BC" w14:textId="77777777" w:rsidR="00F250E4" w:rsidRPr="00E72590" w:rsidRDefault="00276A6C">
      <w:pPr>
        <w:rPr>
          <w:rFonts w:ascii="Trebuchet MS" w:hAnsi="Trebuchet MS"/>
        </w:rPr>
      </w:pPr>
      <w:r w:rsidRPr="00E72590">
        <w:rPr>
          <w:rFonts w:ascii="Trebuchet MS" w:hAnsi="Trebuchet MS"/>
        </w:rPr>
        <w:t>Examples: ____________________________</w:t>
      </w:r>
    </w:p>
    <w:p w14:paraId="4BB14A65" w14:textId="77777777" w:rsidR="00F250E4" w:rsidRPr="00E72590" w:rsidRDefault="00276A6C">
      <w:pPr>
        <w:pStyle w:val="Heading2"/>
        <w:rPr>
          <w:rFonts w:ascii="Trebuchet MS" w:hAnsi="Trebuchet MS"/>
        </w:rPr>
      </w:pPr>
      <w:r w:rsidRPr="00E72590">
        <w:rPr>
          <w:rFonts w:ascii="Trebuchet MS" w:hAnsi="Trebuchet MS"/>
        </w:rPr>
        <w:t>5. Availability</w:t>
      </w:r>
    </w:p>
    <w:p w14:paraId="6B7FE413" w14:textId="77777777" w:rsidR="00F250E4" w:rsidRPr="00E72590" w:rsidRDefault="00276A6C">
      <w:pPr>
        <w:rPr>
          <w:rFonts w:ascii="Trebuchet MS" w:hAnsi="Trebuchet MS"/>
        </w:rPr>
      </w:pPr>
      <w:r w:rsidRPr="00E72590">
        <w:rPr>
          <w:rFonts w:ascii="Trebuchet MS" w:hAnsi="Trebuchet MS"/>
        </w:rPr>
        <w:t>I am willing to review:</w:t>
      </w:r>
    </w:p>
    <w:p w14:paraId="245D8F83" w14:textId="77777777" w:rsidR="00F250E4" w:rsidRPr="00E72590" w:rsidRDefault="00276A6C">
      <w:pPr>
        <w:rPr>
          <w:rFonts w:ascii="Trebuchet MS" w:hAnsi="Trebuchet MS"/>
        </w:rPr>
      </w:pPr>
      <w:r w:rsidRPr="00E72590">
        <w:rPr>
          <w:rFonts w:ascii="Segoe UI Symbol" w:hAnsi="Segoe UI Symbol" w:cs="Segoe UI Symbol"/>
        </w:rPr>
        <w:t>☐</w:t>
      </w:r>
      <w:r w:rsidRPr="00E72590">
        <w:rPr>
          <w:rFonts w:ascii="Trebuchet MS" w:hAnsi="Trebuchet MS"/>
        </w:rPr>
        <w:t xml:space="preserve"> 1–2 papers</w:t>
      </w:r>
    </w:p>
    <w:p w14:paraId="34574991" w14:textId="77777777" w:rsidR="00F250E4" w:rsidRPr="00E72590" w:rsidRDefault="00276A6C">
      <w:pPr>
        <w:rPr>
          <w:rFonts w:ascii="Trebuchet MS" w:hAnsi="Trebuchet MS"/>
        </w:rPr>
      </w:pPr>
      <w:r w:rsidRPr="00E72590">
        <w:rPr>
          <w:rFonts w:ascii="Segoe UI Symbol" w:hAnsi="Segoe UI Symbol" w:cs="Segoe UI Symbol"/>
        </w:rPr>
        <w:t>☐</w:t>
      </w:r>
      <w:r w:rsidRPr="00E72590">
        <w:rPr>
          <w:rFonts w:ascii="Trebuchet MS" w:hAnsi="Trebuchet MS"/>
        </w:rPr>
        <w:t xml:space="preserve"> 3–5 papers</w:t>
      </w:r>
    </w:p>
    <w:p w14:paraId="13AE0344" w14:textId="77777777" w:rsidR="00F250E4" w:rsidRPr="00E72590" w:rsidRDefault="00276A6C">
      <w:pPr>
        <w:rPr>
          <w:rFonts w:ascii="Trebuchet MS" w:hAnsi="Trebuchet MS"/>
        </w:rPr>
      </w:pPr>
      <w:r w:rsidRPr="00E72590">
        <w:rPr>
          <w:rFonts w:ascii="Segoe UI Symbol" w:hAnsi="Segoe UI Symbol" w:cs="Segoe UI Symbol"/>
        </w:rPr>
        <w:t>☐</w:t>
      </w:r>
      <w:r w:rsidRPr="00E72590">
        <w:rPr>
          <w:rFonts w:ascii="Trebuchet MS" w:hAnsi="Trebuchet MS"/>
        </w:rPr>
        <w:t xml:space="preserve"> More than 5 papers</w:t>
      </w:r>
    </w:p>
    <w:p w14:paraId="15BFF50A" w14:textId="77777777" w:rsidR="00F250E4" w:rsidRPr="00E72590" w:rsidRDefault="00276A6C">
      <w:pPr>
        <w:pStyle w:val="Heading2"/>
        <w:rPr>
          <w:rFonts w:ascii="Trebuchet MS" w:hAnsi="Trebuchet MS"/>
        </w:rPr>
      </w:pPr>
      <w:r w:rsidRPr="00E72590">
        <w:rPr>
          <w:rFonts w:ascii="Trebuchet MS" w:hAnsi="Trebuchet MS"/>
        </w:rPr>
        <w:t>6. Conflict of Interest</w:t>
      </w:r>
    </w:p>
    <w:p w14:paraId="00282FFE" w14:textId="77777777" w:rsidR="00F250E4" w:rsidRPr="00E72590" w:rsidRDefault="00276A6C">
      <w:pPr>
        <w:rPr>
          <w:rFonts w:ascii="Trebuchet MS" w:hAnsi="Trebuchet MS"/>
        </w:rPr>
      </w:pPr>
      <w:r w:rsidRPr="00E72590">
        <w:rPr>
          <w:rFonts w:ascii="Trebuchet MS" w:hAnsi="Trebuchet MS"/>
        </w:rPr>
        <w:t>I declare that I will immediately notify the Conference Chair if a conflict of interest exists regarding any assigned manuscript.</w:t>
      </w:r>
    </w:p>
    <w:p w14:paraId="20C5CEF5" w14:textId="77777777" w:rsidR="00F250E4" w:rsidRPr="00E72590" w:rsidRDefault="00276A6C">
      <w:pPr>
        <w:rPr>
          <w:rFonts w:ascii="Trebuchet MS" w:hAnsi="Trebuchet MS"/>
        </w:rPr>
      </w:pPr>
      <w:r w:rsidRPr="00E72590">
        <w:rPr>
          <w:rFonts w:ascii="Segoe UI Symbol" w:hAnsi="Segoe UI Symbol" w:cs="Segoe UI Symbol"/>
        </w:rPr>
        <w:t>☐</w:t>
      </w:r>
      <w:r w:rsidRPr="00E72590">
        <w:rPr>
          <w:rFonts w:ascii="Trebuchet MS" w:hAnsi="Trebuchet MS"/>
        </w:rPr>
        <w:t xml:space="preserve"> Yes</w:t>
      </w:r>
    </w:p>
    <w:p w14:paraId="5FA162DF" w14:textId="77777777" w:rsidR="00F250E4" w:rsidRPr="00E72590" w:rsidRDefault="00276A6C">
      <w:pPr>
        <w:pStyle w:val="Heading2"/>
        <w:rPr>
          <w:rFonts w:ascii="Trebuchet MS" w:hAnsi="Trebuchet MS"/>
        </w:rPr>
      </w:pPr>
      <w:r w:rsidRPr="00E72590">
        <w:rPr>
          <w:rFonts w:ascii="Trebuchet MS" w:hAnsi="Trebuchet MS"/>
        </w:rPr>
        <w:t>7. Confidentiality Statement</w:t>
      </w:r>
    </w:p>
    <w:p w14:paraId="4D5AF361" w14:textId="77777777" w:rsidR="00F250E4" w:rsidRPr="00E72590" w:rsidRDefault="00276A6C">
      <w:pPr>
        <w:rPr>
          <w:rFonts w:ascii="Trebuchet MS" w:hAnsi="Trebuchet MS"/>
        </w:rPr>
      </w:pPr>
      <w:r w:rsidRPr="00E72590">
        <w:rPr>
          <w:rFonts w:ascii="Trebuchet MS" w:hAnsi="Trebuchet MS"/>
        </w:rPr>
        <w:t>I agree to:</w:t>
      </w:r>
    </w:p>
    <w:p w14:paraId="3537BF6F" w14:textId="1A685958" w:rsidR="00F250E4" w:rsidRPr="00E72590" w:rsidRDefault="00E72590">
      <w:pPr>
        <w:rPr>
          <w:rFonts w:ascii="Trebuchet MS" w:hAnsi="Trebuchet MS"/>
        </w:rPr>
      </w:pPr>
      <w:r>
        <w:rPr>
          <w:rFonts w:ascii="Segoe UI Symbol" w:hAnsi="Segoe UI Symbol" w:cs="Segoe UI Symbol"/>
        </w:rPr>
        <w:sym w:font="Wingdings" w:char="F0A8"/>
      </w:r>
      <w:r>
        <w:rPr>
          <w:rFonts w:ascii="Segoe UI Symbol" w:hAnsi="Segoe UI Symbol" w:cs="Segoe UI Symbol"/>
        </w:rPr>
        <w:t xml:space="preserve"> </w:t>
      </w:r>
      <w:r w:rsidR="00276A6C" w:rsidRPr="00E72590">
        <w:rPr>
          <w:rFonts w:ascii="Trebuchet MS" w:hAnsi="Trebuchet MS"/>
        </w:rPr>
        <w:t>Maintain confidentiality of all submitted manuscripts;</w:t>
      </w:r>
    </w:p>
    <w:p w14:paraId="36B7CE15" w14:textId="77777777" w:rsidR="00F250E4" w:rsidRPr="00E72590" w:rsidRDefault="00276A6C">
      <w:pPr>
        <w:rPr>
          <w:rFonts w:ascii="Trebuchet MS" w:hAnsi="Trebuchet MS"/>
        </w:rPr>
      </w:pPr>
      <w:r w:rsidRPr="00E72590">
        <w:rPr>
          <w:rFonts w:ascii="Segoe UI Symbol" w:hAnsi="Segoe UI Symbol" w:cs="Segoe UI Symbol"/>
        </w:rPr>
        <w:t>☐</w:t>
      </w:r>
      <w:r w:rsidRPr="00E72590">
        <w:rPr>
          <w:rFonts w:ascii="Trebuchet MS" w:hAnsi="Trebuchet MS"/>
        </w:rPr>
        <w:t xml:space="preserve"> Perform objective and impartial reviews;</w:t>
      </w:r>
    </w:p>
    <w:p w14:paraId="4469BD6A" w14:textId="77777777" w:rsidR="00F250E4" w:rsidRPr="00E72590" w:rsidRDefault="00276A6C">
      <w:pPr>
        <w:rPr>
          <w:rFonts w:ascii="Trebuchet MS" w:hAnsi="Trebuchet MS"/>
        </w:rPr>
      </w:pPr>
      <w:r w:rsidRPr="00E72590">
        <w:rPr>
          <w:rFonts w:ascii="Segoe UI Symbol" w:hAnsi="Segoe UI Symbol" w:cs="Segoe UI Symbol"/>
        </w:rPr>
        <w:t>☐</w:t>
      </w:r>
      <w:r w:rsidRPr="00E72590">
        <w:rPr>
          <w:rFonts w:ascii="Trebuchet MS" w:hAnsi="Trebuchet MS"/>
        </w:rPr>
        <w:t xml:space="preserve"> Respect the review deadlines;</w:t>
      </w:r>
    </w:p>
    <w:p w14:paraId="279477C8" w14:textId="77777777" w:rsidR="00F250E4" w:rsidRPr="00E72590" w:rsidRDefault="00276A6C">
      <w:pPr>
        <w:rPr>
          <w:rFonts w:ascii="Trebuchet MS" w:hAnsi="Trebuchet MS"/>
        </w:rPr>
      </w:pPr>
      <w:r w:rsidRPr="00E72590">
        <w:rPr>
          <w:rFonts w:ascii="Segoe UI Symbol" w:hAnsi="Segoe UI Symbol" w:cs="Segoe UI Symbol"/>
        </w:rPr>
        <w:t>☐</w:t>
      </w:r>
      <w:r w:rsidRPr="00E72590">
        <w:rPr>
          <w:rFonts w:ascii="Trebuchet MS" w:hAnsi="Trebuchet MS"/>
        </w:rPr>
        <w:t xml:space="preserve"> Provide constructive comments to authors.</w:t>
      </w:r>
    </w:p>
    <w:p w14:paraId="05C3F932" w14:textId="77777777" w:rsidR="00F250E4" w:rsidRPr="00E72590" w:rsidRDefault="00276A6C">
      <w:pPr>
        <w:pStyle w:val="Heading2"/>
        <w:rPr>
          <w:rFonts w:ascii="Trebuchet MS" w:hAnsi="Trebuchet MS"/>
        </w:rPr>
      </w:pPr>
      <w:r w:rsidRPr="00E72590">
        <w:rPr>
          <w:rFonts w:ascii="Trebuchet MS" w:hAnsi="Trebuchet MS"/>
        </w:rPr>
        <w:t>8. Declaration</w:t>
      </w:r>
    </w:p>
    <w:p w14:paraId="4A3B95DB" w14:textId="77777777" w:rsidR="00F250E4" w:rsidRPr="00E72590" w:rsidRDefault="00276A6C" w:rsidP="00E72590">
      <w:pPr>
        <w:jc w:val="both"/>
        <w:rPr>
          <w:rFonts w:ascii="Trebuchet MS" w:hAnsi="Trebuchet MS"/>
        </w:rPr>
      </w:pPr>
      <w:r w:rsidRPr="00E72590">
        <w:rPr>
          <w:rFonts w:ascii="Trebuchet MS" w:hAnsi="Trebuchet MS"/>
        </w:rPr>
        <w:t>I hereby confirm that the information provided is correct and I agree to serve as a reviewer and member of the TIMA Scientific Committee.</w:t>
      </w:r>
    </w:p>
    <w:p w14:paraId="6AF0D037" w14:textId="42A5D26C" w:rsidR="00F250E4" w:rsidRPr="00E72590" w:rsidRDefault="00276A6C">
      <w:pPr>
        <w:rPr>
          <w:rFonts w:ascii="Trebuchet MS" w:hAnsi="Trebuchet MS"/>
        </w:rPr>
      </w:pPr>
      <w:r w:rsidRPr="00E72590">
        <w:rPr>
          <w:rFonts w:ascii="Trebuchet MS" w:hAnsi="Trebuchet MS"/>
        </w:rPr>
        <w:t>Date: ____________________</w:t>
      </w:r>
    </w:p>
    <w:p w14:paraId="3370D022" w14:textId="77777777" w:rsidR="00F250E4" w:rsidRPr="00E72590" w:rsidRDefault="00276A6C">
      <w:pPr>
        <w:rPr>
          <w:rFonts w:ascii="Trebuchet MS" w:hAnsi="Trebuchet MS"/>
        </w:rPr>
      </w:pPr>
      <w:r w:rsidRPr="00E72590">
        <w:rPr>
          <w:rFonts w:ascii="Trebuchet MS" w:hAnsi="Trebuchet MS"/>
        </w:rPr>
        <w:t>Signature: ____________________</w:t>
      </w:r>
    </w:p>
    <w:sectPr w:rsidR="00F250E4" w:rsidRPr="00E72590" w:rsidSect="00E72590">
      <w:headerReference w:type="default" r:id="rId8"/>
      <w:footerReference w:type="default" r:id="rId9"/>
      <w:pgSz w:w="11906" w:h="16838" w:code="9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08CA2" w14:textId="77777777" w:rsidR="00364124" w:rsidRDefault="00364124" w:rsidP="00E72590">
      <w:pPr>
        <w:spacing w:after="0" w:line="240" w:lineRule="auto"/>
      </w:pPr>
      <w:r>
        <w:separator/>
      </w:r>
    </w:p>
  </w:endnote>
  <w:endnote w:type="continuationSeparator" w:id="0">
    <w:p w14:paraId="57FBBC8B" w14:textId="77777777" w:rsidR="00364124" w:rsidRDefault="00364124" w:rsidP="00E72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rebuchet MS" w:hAnsi="Trebuchet MS"/>
        <w:sz w:val="18"/>
        <w:szCs w:val="18"/>
      </w:rPr>
      <w:id w:val="5497312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7419A5" w14:textId="14B2F82F" w:rsidR="00E72590" w:rsidRPr="00E72590" w:rsidRDefault="00E72590" w:rsidP="00E72590">
        <w:pPr>
          <w:pStyle w:val="Footer"/>
          <w:jc w:val="right"/>
          <w:rPr>
            <w:rFonts w:ascii="Trebuchet MS" w:hAnsi="Trebuchet MS"/>
            <w:sz w:val="18"/>
            <w:szCs w:val="18"/>
          </w:rPr>
        </w:pPr>
        <w:r w:rsidRPr="00E72590">
          <w:rPr>
            <w:rFonts w:ascii="Trebuchet MS" w:hAnsi="Trebuchet MS"/>
            <w:sz w:val="18"/>
            <w:szCs w:val="18"/>
          </w:rPr>
          <w:fldChar w:fldCharType="begin"/>
        </w:r>
        <w:r w:rsidRPr="00E72590">
          <w:rPr>
            <w:rFonts w:ascii="Trebuchet MS" w:hAnsi="Trebuchet MS"/>
            <w:sz w:val="18"/>
            <w:szCs w:val="18"/>
          </w:rPr>
          <w:instrText xml:space="preserve"> PAGE   \* MERGEFORMAT </w:instrText>
        </w:r>
        <w:r w:rsidRPr="00E72590">
          <w:rPr>
            <w:rFonts w:ascii="Trebuchet MS" w:hAnsi="Trebuchet MS"/>
            <w:sz w:val="18"/>
            <w:szCs w:val="18"/>
          </w:rPr>
          <w:fldChar w:fldCharType="separate"/>
        </w:r>
        <w:r w:rsidRPr="00E72590">
          <w:rPr>
            <w:rFonts w:ascii="Trebuchet MS" w:hAnsi="Trebuchet MS"/>
            <w:noProof/>
            <w:sz w:val="18"/>
            <w:szCs w:val="18"/>
          </w:rPr>
          <w:t>2</w:t>
        </w:r>
        <w:r w:rsidRPr="00E72590">
          <w:rPr>
            <w:rFonts w:ascii="Trebuchet MS" w:hAnsi="Trebuchet MS"/>
            <w:noProof/>
            <w:sz w:val="18"/>
            <w:szCs w:val="18"/>
          </w:rPr>
          <w:fldChar w:fldCharType="end"/>
        </w:r>
        <w:r w:rsidRPr="00E72590">
          <w:rPr>
            <w:rFonts w:ascii="Trebuchet MS" w:hAnsi="Trebuchet MS"/>
            <w:sz w:val="18"/>
            <w:szCs w:val="18"/>
          </w:rPr>
          <w:t>/2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AF174" w14:textId="77777777" w:rsidR="00364124" w:rsidRDefault="00364124" w:rsidP="00E72590">
      <w:pPr>
        <w:spacing w:after="0" w:line="240" w:lineRule="auto"/>
      </w:pPr>
      <w:r>
        <w:separator/>
      </w:r>
    </w:p>
  </w:footnote>
  <w:footnote w:type="continuationSeparator" w:id="0">
    <w:p w14:paraId="219A6388" w14:textId="77777777" w:rsidR="00364124" w:rsidRDefault="00364124" w:rsidP="00E72590">
      <w:pPr>
        <w:spacing w:after="0" w:line="240" w:lineRule="auto"/>
      </w:pPr>
      <w:r>
        <w:continuationSeparator/>
      </w:r>
    </w:p>
  </w:footnote>
  <w:footnote w:id="1">
    <w:p w14:paraId="636223AF" w14:textId="028930C6" w:rsidR="00E72590" w:rsidRPr="00E72590" w:rsidRDefault="00E72590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="002A374F" w:rsidRPr="002A374F">
        <w:rPr>
          <w:i/>
          <w:iCs/>
        </w:rPr>
        <w:t xml:space="preserve">The candidature will be sent at </w:t>
      </w:r>
      <w:hyperlink r:id="rId1" w:history="1">
        <w:r w:rsidR="002A374F" w:rsidRPr="002A374F">
          <w:rPr>
            <w:rStyle w:val="Hyperlink"/>
            <w:i/>
            <w:iCs/>
          </w:rPr>
          <w:t>tima@isim.ro</w:t>
        </w:r>
      </w:hyperlink>
      <w:r w:rsidR="002A374F" w:rsidRPr="002A374F">
        <w:rPr>
          <w:i/>
          <w:iCs/>
        </w:rPr>
        <w:t xml:space="preserve">. </w:t>
      </w:r>
      <w:r w:rsidRPr="002A374F">
        <w:rPr>
          <w:rFonts w:ascii="Trebuchet MS" w:hAnsi="Trebuchet MS"/>
          <w:i/>
          <w:iCs/>
          <w:sz w:val="16"/>
          <w:szCs w:val="16"/>
          <w:lang w:val="en-GB"/>
        </w:rPr>
        <w:t>Only rejected applicants will be informed.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horzAnchor="margin" w:tblpXSpec="center" w:tblpY="-359"/>
      <w:tblW w:w="9498" w:type="dxa"/>
      <w:tblBorders>
        <w:bottom w:val="dashSmallGap" w:sz="4" w:space="0" w:color="183884"/>
        <w:insideH w:val="dashSmallGap" w:sz="4" w:space="0" w:color="183884"/>
      </w:tblBorders>
      <w:tblLayout w:type="fixed"/>
      <w:tblLook w:val="0000" w:firstRow="0" w:lastRow="0" w:firstColumn="0" w:lastColumn="0" w:noHBand="0" w:noVBand="0"/>
    </w:tblPr>
    <w:tblGrid>
      <w:gridCol w:w="1400"/>
      <w:gridCol w:w="6964"/>
      <w:gridCol w:w="1134"/>
    </w:tblGrid>
    <w:tr w:rsidR="00E72590" w:rsidRPr="009A3521" w14:paraId="20B0920A" w14:textId="77777777" w:rsidTr="003F7BE4">
      <w:trPr>
        <w:cantSplit/>
        <w:trHeight w:val="851"/>
      </w:trPr>
      <w:tc>
        <w:tcPr>
          <w:tcW w:w="1400" w:type="dxa"/>
          <w:vMerge w:val="restart"/>
        </w:tcPr>
        <w:p w14:paraId="62A2DBF4" w14:textId="77777777" w:rsidR="00E72590" w:rsidRPr="009A3521" w:rsidRDefault="00E72590" w:rsidP="00E72590">
          <w:pPr>
            <w:pStyle w:val="Header"/>
          </w:pPr>
          <w:bookmarkStart w:id="0" w:name="_Hlk97029843"/>
          <w:r w:rsidRPr="009A3521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62A7E59" wp14:editId="273DD26F">
                <wp:simplePos x="0" y="0"/>
                <wp:positionH relativeFrom="column">
                  <wp:posOffset>-44450</wp:posOffset>
                </wp:positionH>
                <wp:positionV relativeFrom="paragraph">
                  <wp:posOffset>7146</wp:posOffset>
                </wp:positionV>
                <wp:extent cx="799465" cy="647700"/>
                <wp:effectExtent l="0" t="0" r="635" b="0"/>
                <wp:wrapNone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946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64" w:type="dxa"/>
        </w:tcPr>
        <w:p w14:paraId="1CDD03D2" w14:textId="77777777" w:rsidR="00E72590" w:rsidRPr="007E66D3" w:rsidRDefault="00E72590" w:rsidP="00E72590">
          <w:pPr>
            <w:pStyle w:val="CompanyName"/>
            <w:framePr w:w="0" w:hRule="auto" w:wrap="auto" w:vAnchor="margin" w:hAnchor="text" w:xAlign="left" w:yAlign="inline" w:anchorLock="0"/>
            <w:spacing w:after="0" w:line="240" w:lineRule="auto"/>
            <w:rPr>
              <w:rFonts w:ascii="Trebuchet MS" w:hAnsi="Trebuchet MS"/>
              <w:b/>
              <w:color w:val="183884"/>
              <w:spacing w:val="20"/>
              <w:sz w:val="22"/>
              <w:szCs w:val="22"/>
            </w:rPr>
          </w:pPr>
          <w:r w:rsidRPr="007E66D3">
            <w:rPr>
              <w:rFonts w:ascii="Trebuchet MS" w:hAnsi="Trebuchet MS"/>
              <w:b/>
              <w:caps w:val="0"/>
              <w:color w:val="183884"/>
              <w:spacing w:val="20"/>
              <w:sz w:val="22"/>
              <w:szCs w:val="22"/>
            </w:rPr>
            <w:t>INSTITUTUL NAŢIONAL DE CERCETARE-DEZVOLTARE</w:t>
          </w:r>
        </w:p>
        <w:p w14:paraId="65E86382" w14:textId="77777777" w:rsidR="00E72590" w:rsidRPr="007E66D3" w:rsidRDefault="00E72590" w:rsidP="00E72590">
          <w:pPr>
            <w:pStyle w:val="CompanyName"/>
            <w:framePr w:w="0" w:hRule="auto" w:wrap="auto" w:vAnchor="margin" w:hAnchor="text" w:xAlign="left" w:yAlign="inline" w:anchorLock="0"/>
            <w:spacing w:after="0" w:line="240" w:lineRule="auto"/>
            <w:rPr>
              <w:rFonts w:ascii="Trebuchet MS" w:hAnsi="Trebuchet MS"/>
              <w:b/>
              <w:color w:val="183884"/>
              <w:spacing w:val="0"/>
              <w:sz w:val="22"/>
              <w:szCs w:val="22"/>
            </w:rPr>
          </w:pPr>
          <w:r w:rsidRPr="007E66D3">
            <w:rPr>
              <w:rFonts w:ascii="Trebuchet MS" w:hAnsi="Trebuchet MS"/>
              <w:b/>
              <w:caps w:val="0"/>
              <w:color w:val="183884"/>
              <w:spacing w:val="20"/>
              <w:sz w:val="22"/>
              <w:szCs w:val="22"/>
            </w:rPr>
            <w:t>ÎN SUDURĂ ŞI ÎNCERCĂRI DE MATERIALE</w:t>
          </w:r>
        </w:p>
        <w:p w14:paraId="1F3E525D" w14:textId="77777777" w:rsidR="00E72590" w:rsidRPr="007E66D3" w:rsidRDefault="00E72590" w:rsidP="00E72590">
          <w:pPr>
            <w:pStyle w:val="Header"/>
            <w:spacing w:before="60"/>
            <w:jc w:val="center"/>
            <w:rPr>
              <w:rFonts w:ascii="Trebuchet MS" w:hAnsi="Trebuchet MS"/>
              <w:color w:val="183884"/>
            </w:rPr>
          </w:pPr>
          <w:r w:rsidRPr="007E66D3">
            <w:rPr>
              <w:rFonts w:ascii="Trebuchet MS" w:hAnsi="Trebuchet MS"/>
              <w:i/>
              <w:color w:val="183884"/>
              <w:spacing w:val="20"/>
              <w:sz w:val="16"/>
            </w:rPr>
            <w:t>NATIONAL R&amp;D INSTITUTE FOR WELDING AND MATERIAL TESTING</w:t>
          </w:r>
        </w:p>
      </w:tc>
      <w:tc>
        <w:tcPr>
          <w:tcW w:w="1134" w:type="dxa"/>
          <w:vMerge w:val="restart"/>
        </w:tcPr>
        <w:p w14:paraId="34EA6EFC" w14:textId="77777777" w:rsidR="00E72590" w:rsidRPr="009A3521" w:rsidRDefault="00E72590" w:rsidP="00E72590">
          <w:pPr>
            <w:pStyle w:val="Header"/>
            <w:spacing w:after="60"/>
            <w:jc w:val="right"/>
          </w:pPr>
          <w:r>
            <w:rPr>
              <w:noProof/>
            </w:rPr>
            <w:drawing>
              <wp:inline distT="0" distB="0" distL="0" distR="0" wp14:anchorId="09BEA559" wp14:editId="71DA0392">
                <wp:extent cx="630821" cy="648000"/>
                <wp:effectExtent l="0" t="0" r="0" b="0"/>
                <wp:docPr id="78946222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0821" cy="64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72590" w:rsidRPr="002A374F" w14:paraId="4A5A52E2" w14:textId="77777777" w:rsidTr="003F7BE4">
      <w:trPr>
        <w:cantSplit/>
        <w:trHeight w:val="140"/>
      </w:trPr>
      <w:tc>
        <w:tcPr>
          <w:tcW w:w="1400" w:type="dxa"/>
          <w:vMerge/>
          <w:vAlign w:val="center"/>
        </w:tcPr>
        <w:p w14:paraId="30DF50F7" w14:textId="77777777" w:rsidR="00E72590" w:rsidRPr="009A3521" w:rsidRDefault="00E72590" w:rsidP="00E72590">
          <w:pPr>
            <w:rPr>
              <w:sz w:val="20"/>
            </w:rPr>
          </w:pPr>
        </w:p>
      </w:tc>
      <w:tc>
        <w:tcPr>
          <w:tcW w:w="6964" w:type="dxa"/>
          <w:vAlign w:val="center"/>
        </w:tcPr>
        <w:p w14:paraId="0231EA94" w14:textId="77777777" w:rsidR="00E72590" w:rsidRPr="000C5872" w:rsidRDefault="00E72590" w:rsidP="00E72590">
          <w:pPr>
            <w:pStyle w:val="Header"/>
            <w:jc w:val="center"/>
            <w:rPr>
              <w:rFonts w:ascii="Trebuchet MS" w:hAnsi="Trebuchet MS"/>
              <w:color w:val="183884"/>
              <w:lang w:val="it-IT"/>
            </w:rPr>
          </w:pPr>
          <w:r w:rsidRPr="000C5872">
            <w:rPr>
              <w:rFonts w:ascii="Trebuchet MS" w:hAnsi="Trebuchet MS"/>
              <w:color w:val="183884"/>
              <w:sz w:val="16"/>
              <w:lang w:val="it-IT"/>
            </w:rPr>
            <w:t xml:space="preserve">Bv. Mihai </w:t>
          </w:r>
          <w:proofErr w:type="spellStart"/>
          <w:r w:rsidRPr="000C5872">
            <w:rPr>
              <w:rFonts w:ascii="Trebuchet MS" w:hAnsi="Trebuchet MS"/>
              <w:color w:val="183884"/>
              <w:sz w:val="16"/>
              <w:lang w:val="it-IT"/>
            </w:rPr>
            <w:t>Viteazu</w:t>
          </w:r>
          <w:proofErr w:type="spellEnd"/>
          <w:r w:rsidRPr="000C5872">
            <w:rPr>
              <w:rFonts w:ascii="Trebuchet MS" w:hAnsi="Trebuchet MS"/>
              <w:caps/>
              <w:color w:val="183884"/>
              <w:sz w:val="16"/>
              <w:lang w:val="it-IT"/>
            </w:rPr>
            <w:t xml:space="preserve"> </w:t>
          </w:r>
          <w:r w:rsidRPr="000C5872">
            <w:rPr>
              <w:rFonts w:ascii="Trebuchet MS" w:hAnsi="Trebuchet MS"/>
              <w:color w:val="183884"/>
              <w:sz w:val="16"/>
              <w:lang w:val="it-IT"/>
            </w:rPr>
            <w:t>nr</w:t>
          </w:r>
          <w:r w:rsidRPr="000C5872">
            <w:rPr>
              <w:rFonts w:ascii="Trebuchet MS" w:hAnsi="Trebuchet MS"/>
              <w:caps/>
              <w:color w:val="183884"/>
              <w:sz w:val="16"/>
              <w:lang w:val="it-IT"/>
            </w:rPr>
            <w:t xml:space="preserve">. 30, 300222, </w:t>
          </w:r>
          <w:proofErr w:type="spellStart"/>
          <w:r w:rsidRPr="000C5872">
            <w:rPr>
              <w:rFonts w:ascii="Trebuchet MS" w:hAnsi="Trebuchet MS"/>
              <w:caps/>
              <w:color w:val="183884"/>
              <w:sz w:val="16"/>
              <w:lang w:val="it-IT"/>
            </w:rPr>
            <w:t>T</w:t>
          </w:r>
          <w:r w:rsidRPr="000C5872">
            <w:rPr>
              <w:rFonts w:ascii="Trebuchet MS" w:hAnsi="Trebuchet MS"/>
              <w:color w:val="183884"/>
              <w:sz w:val="16"/>
              <w:lang w:val="it-IT"/>
            </w:rPr>
            <w:t>imișoara</w:t>
          </w:r>
          <w:proofErr w:type="spellEnd"/>
          <w:r w:rsidRPr="000C5872">
            <w:rPr>
              <w:rFonts w:ascii="Trebuchet MS" w:hAnsi="Trebuchet MS"/>
              <w:caps/>
              <w:color w:val="183884"/>
              <w:sz w:val="16"/>
              <w:lang w:val="it-IT"/>
            </w:rPr>
            <w:t xml:space="preserve"> - </w:t>
          </w:r>
          <w:proofErr w:type="spellStart"/>
          <w:r w:rsidRPr="000C5872">
            <w:rPr>
              <w:rFonts w:ascii="Trebuchet MS" w:hAnsi="Trebuchet MS"/>
              <w:color w:val="183884"/>
              <w:sz w:val="16"/>
              <w:lang w:val="it-IT"/>
            </w:rPr>
            <w:t>România</w:t>
          </w:r>
          <w:proofErr w:type="spellEnd"/>
        </w:p>
      </w:tc>
      <w:tc>
        <w:tcPr>
          <w:tcW w:w="1134" w:type="dxa"/>
          <w:vMerge/>
          <w:vAlign w:val="center"/>
        </w:tcPr>
        <w:p w14:paraId="5000D0E2" w14:textId="77777777" w:rsidR="00E72590" w:rsidRPr="000C5872" w:rsidRDefault="00E72590" w:rsidP="00E72590">
          <w:pPr>
            <w:rPr>
              <w:sz w:val="20"/>
              <w:lang w:val="it-IT"/>
            </w:rPr>
          </w:pPr>
        </w:p>
      </w:tc>
    </w:tr>
    <w:bookmarkEnd w:id="0"/>
  </w:tbl>
  <w:p w14:paraId="064E0A32" w14:textId="77777777" w:rsidR="00E72590" w:rsidRPr="00E72590" w:rsidRDefault="00E72590">
    <w:pPr>
      <w:pStyle w:val="Header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8E50A69"/>
    <w:multiLevelType w:val="multilevel"/>
    <w:tmpl w:val="329012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281763600">
    <w:abstractNumId w:val="8"/>
  </w:num>
  <w:num w:numId="2" w16cid:durableId="1050693122">
    <w:abstractNumId w:val="6"/>
  </w:num>
  <w:num w:numId="3" w16cid:durableId="863903254">
    <w:abstractNumId w:val="5"/>
  </w:num>
  <w:num w:numId="4" w16cid:durableId="1396662738">
    <w:abstractNumId w:val="4"/>
  </w:num>
  <w:num w:numId="5" w16cid:durableId="784081775">
    <w:abstractNumId w:val="7"/>
  </w:num>
  <w:num w:numId="6" w16cid:durableId="399134533">
    <w:abstractNumId w:val="3"/>
  </w:num>
  <w:num w:numId="7" w16cid:durableId="77289520">
    <w:abstractNumId w:val="2"/>
  </w:num>
  <w:num w:numId="8" w16cid:durableId="1638409797">
    <w:abstractNumId w:val="1"/>
  </w:num>
  <w:num w:numId="9" w16cid:durableId="532963394">
    <w:abstractNumId w:val="0"/>
  </w:num>
  <w:num w:numId="10" w16cid:durableId="8739268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76A6C"/>
    <w:rsid w:val="002952DF"/>
    <w:rsid w:val="0029639D"/>
    <w:rsid w:val="002A374F"/>
    <w:rsid w:val="00326F90"/>
    <w:rsid w:val="00364124"/>
    <w:rsid w:val="00367EA4"/>
    <w:rsid w:val="004624DB"/>
    <w:rsid w:val="007F6563"/>
    <w:rsid w:val="00A24C48"/>
    <w:rsid w:val="00AA1D8D"/>
    <w:rsid w:val="00B47730"/>
    <w:rsid w:val="00CB0664"/>
    <w:rsid w:val="00CE3522"/>
    <w:rsid w:val="00D2719A"/>
    <w:rsid w:val="00E72590"/>
    <w:rsid w:val="00F250E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63BBF0"/>
  <w14:defaultImageDpi w14:val="300"/>
  <w15:docId w15:val="{285D555C-9B04-4D4C-8FA3-BB666660D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mpanyName">
    <w:name w:val="Company Name"/>
    <w:basedOn w:val="BodyText"/>
    <w:rsid w:val="00E72590"/>
    <w:pPr>
      <w:keepLines/>
      <w:framePr w:w="8640" w:h="1440" w:wrap="notBeside" w:vAnchor="page" w:hAnchor="margin" w:xAlign="center" w:y="889" w:anchorLock="1"/>
      <w:spacing w:after="80" w:line="240" w:lineRule="atLeast"/>
      <w:jc w:val="center"/>
    </w:pPr>
    <w:rPr>
      <w:rFonts w:ascii="Garamond" w:eastAsia="Times New Roman" w:hAnsi="Garamond" w:cs="Times New Roman"/>
      <w:caps/>
      <w:spacing w:val="75"/>
      <w:sz w:val="21"/>
      <w:szCs w:val="20"/>
      <w:lang w:val="ro-RO" w:eastAsia="ro-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725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725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72590"/>
    <w:rPr>
      <w:vertAlign w:val="superscript"/>
    </w:rPr>
  </w:style>
  <w:style w:type="paragraph" w:styleId="Revision">
    <w:name w:val="Revision"/>
    <w:hidden/>
    <w:uiPriority w:val="99"/>
    <w:semiHidden/>
    <w:rsid w:val="007F656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A374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37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tima@isim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Alin SIRBU</cp:lastModifiedBy>
  <cp:revision>7</cp:revision>
  <dcterms:created xsi:type="dcterms:W3CDTF">2026-08-04T11:40:00Z</dcterms:created>
  <dcterms:modified xsi:type="dcterms:W3CDTF">2026-08-04T12:15:00Z</dcterms:modified>
  <cp:category/>
</cp:coreProperties>
</file>